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0C15C" w14:textId="62C7AD83" w:rsidR="008F447D" w:rsidRPr="00AC26BC" w:rsidRDefault="008F447D" w:rsidP="00FF001D">
      <w:pPr>
        <w:pStyle w:val="Sinespaciado"/>
        <w:jc w:val="center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MODELO DE DEMANDA DE ALIMENTOS DE LA MADRE EN CONTRA DE SU HIJO</w:t>
      </w:r>
    </w:p>
    <w:p w14:paraId="3D568E84" w14:textId="77777777" w:rsidR="00FF001D" w:rsidRPr="00AC26BC" w:rsidRDefault="00FF001D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51D903D5" w14:textId="1C1FB2F3" w:rsidR="00FF001D" w:rsidRPr="00AC26BC" w:rsidRDefault="00FF001D" w:rsidP="00A20365">
      <w:pPr>
        <w:pStyle w:val="Sinespaciado"/>
        <w:jc w:val="center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José María Pacori Cari</w:t>
      </w:r>
    </w:p>
    <w:p w14:paraId="1070CAB8" w14:textId="325436F1" w:rsidR="00FF001D" w:rsidRPr="00AC26BC" w:rsidRDefault="00FF001D" w:rsidP="00A20365">
      <w:pPr>
        <w:pStyle w:val="Sinespaciado"/>
        <w:jc w:val="center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Maestro en Derecho por la Universidad Nacional de San Agustín en el Perú – Miembro Pleno del Instituto Vasco de Derecho Procesal</w:t>
      </w:r>
    </w:p>
    <w:p w14:paraId="395B3CB6" w14:textId="77777777" w:rsidR="00FF001D" w:rsidRPr="00AC26BC" w:rsidRDefault="00FF001D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5888F4B1" w14:textId="126DE56E" w:rsidR="003A00A5" w:rsidRPr="00AC26BC" w:rsidRDefault="003A00A5" w:rsidP="008F36A6">
      <w:pPr>
        <w:pStyle w:val="Sinespaciado"/>
        <w:jc w:val="both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Área</w:t>
      </w:r>
      <w:r w:rsidR="005F3006" w:rsidRPr="00AC26BC">
        <w:rPr>
          <w:b/>
          <w:bCs/>
          <w:sz w:val="20"/>
          <w:szCs w:val="20"/>
          <w:lang w:val="es-PE"/>
        </w:rPr>
        <w:tab/>
      </w:r>
      <w:r w:rsidRPr="00AC26BC">
        <w:rPr>
          <w:b/>
          <w:bCs/>
          <w:sz w:val="20"/>
          <w:szCs w:val="20"/>
          <w:lang w:val="es-PE"/>
        </w:rPr>
        <w:t>: Derecho de Familia</w:t>
      </w:r>
    </w:p>
    <w:p w14:paraId="187048FA" w14:textId="1D076ED3" w:rsidR="003A00A5" w:rsidRPr="00AC26BC" w:rsidRDefault="003A00A5" w:rsidP="008F36A6">
      <w:pPr>
        <w:pStyle w:val="Sinespaciado"/>
        <w:jc w:val="both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Línea</w:t>
      </w:r>
      <w:r w:rsidR="005F3006" w:rsidRPr="00AC26BC">
        <w:rPr>
          <w:b/>
          <w:bCs/>
          <w:sz w:val="20"/>
          <w:szCs w:val="20"/>
          <w:lang w:val="es-PE"/>
        </w:rPr>
        <w:tab/>
      </w:r>
      <w:r w:rsidRPr="00AC26BC">
        <w:rPr>
          <w:b/>
          <w:bCs/>
          <w:sz w:val="20"/>
          <w:szCs w:val="20"/>
          <w:lang w:val="es-PE"/>
        </w:rPr>
        <w:t>: Alimentos a los Ascendientes</w:t>
      </w:r>
    </w:p>
    <w:p w14:paraId="40EFFF63" w14:textId="77777777" w:rsidR="003A00A5" w:rsidRPr="00AC26BC" w:rsidRDefault="003A00A5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6E941BBF" w14:textId="789ECCCB" w:rsidR="00A20365" w:rsidRPr="00AC26BC" w:rsidRDefault="003A00A5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 xml:space="preserve">¿Qué </w:t>
      </w:r>
      <w:r w:rsidR="00F01F72" w:rsidRPr="00AC26BC">
        <w:rPr>
          <w:b/>
          <w:bCs/>
          <w:sz w:val="20"/>
          <w:szCs w:val="20"/>
          <w:lang w:val="es-PE"/>
        </w:rPr>
        <w:t xml:space="preserve">puede hacer una madre </w:t>
      </w:r>
      <w:r w:rsidR="007D2291" w:rsidRPr="00AC26BC">
        <w:rPr>
          <w:b/>
          <w:bCs/>
          <w:sz w:val="20"/>
          <w:szCs w:val="20"/>
          <w:lang w:val="es-PE"/>
        </w:rPr>
        <w:t xml:space="preserve">en estado de necesidad </w:t>
      </w:r>
      <w:r w:rsidR="00D01A57" w:rsidRPr="00AC26BC">
        <w:rPr>
          <w:b/>
          <w:bCs/>
          <w:sz w:val="20"/>
          <w:szCs w:val="20"/>
          <w:lang w:val="es-PE"/>
        </w:rPr>
        <w:t>con relación a sus hijos?</w:t>
      </w:r>
      <w:r w:rsidR="00D01A57" w:rsidRPr="00AC26BC">
        <w:rPr>
          <w:sz w:val="20"/>
          <w:szCs w:val="20"/>
          <w:lang w:val="es-PE"/>
        </w:rPr>
        <w:t xml:space="preserve"> La madre puede interponer una demanda civil de alimentos </w:t>
      </w:r>
      <w:r w:rsidR="00313E59" w:rsidRPr="00AC26BC">
        <w:rPr>
          <w:sz w:val="20"/>
          <w:szCs w:val="20"/>
          <w:lang w:val="es-PE"/>
        </w:rPr>
        <w:t>donde solicita al juez que ordene que su hijo pague una pensión de alimentos a su favor, esto también puede ser solicitado por un padre en estado de necesidad</w:t>
      </w:r>
      <w:r w:rsidR="00231800" w:rsidRPr="00AC26BC">
        <w:rPr>
          <w:sz w:val="20"/>
          <w:szCs w:val="20"/>
          <w:lang w:val="es-PE"/>
        </w:rPr>
        <w:t xml:space="preserve">, </w:t>
      </w:r>
      <w:r w:rsidR="00A3451F" w:rsidRPr="00AC26BC">
        <w:rPr>
          <w:sz w:val="20"/>
          <w:szCs w:val="20"/>
          <w:lang w:val="es-PE"/>
        </w:rPr>
        <w:t>elaborando</w:t>
      </w:r>
      <w:r w:rsidR="00A20365" w:rsidRPr="00AC26BC">
        <w:rPr>
          <w:sz w:val="20"/>
          <w:szCs w:val="20"/>
          <w:lang w:val="es-PE"/>
        </w:rPr>
        <w:t xml:space="preserve"> una demanda civil de alimentos cuyo modelo se ofrece a continuación, porque al servir a los demás seremos libres (autor José María Pacori Cari</w:t>
      </w:r>
      <w:r w:rsidR="00EE5F0B" w:rsidRPr="00EE5F0B">
        <w:rPr>
          <w:rStyle w:val="Refdenotaalpie"/>
          <w:rFonts w:ascii="Garamond" w:hAnsi="Garamond"/>
          <w:sz w:val="28"/>
          <w:szCs w:val="28"/>
          <w:lang w:val="es-PE"/>
        </w:rPr>
        <w:footnoteReference w:customMarkFollows="1" w:id="1"/>
        <w:t>*</w:t>
      </w:r>
      <w:r w:rsidR="00A20365" w:rsidRPr="00AC26BC">
        <w:rPr>
          <w:sz w:val="20"/>
          <w:szCs w:val="20"/>
          <w:lang w:val="es-PE"/>
        </w:rPr>
        <w:t>)</w:t>
      </w:r>
    </w:p>
    <w:p w14:paraId="72AD6FB6" w14:textId="77777777" w:rsidR="00A20365" w:rsidRPr="00AC26BC" w:rsidRDefault="00A20365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7D6D946D" w14:textId="0DE21A23" w:rsidR="003A00A5" w:rsidRPr="00AC26BC" w:rsidRDefault="00A20365" w:rsidP="00A20365">
      <w:pPr>
        <w:pStyle w:val="Sinespaciado"/>
        <w:jc w:val="center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Modelo de demanda de alimentos para ascendientes</w:t>
      </w:r>
    </w:p>
    <w:p w14:paraId="54AD986E" w14:textId="77777777" w:rsidR="00A20365" w:rsidRPr="00AC26BC" w:rsidRDefault="00A20365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1CBB1871" w14:textId="10C8C279" w:rsidR="00A3451F" w:rsidRPr="00AC26BC" w:rsidRDefault="00A3451F" w:rsidP="001645FA">
      <w:pPr>
        <w:pStyle w:val="Sinespaciado"/>
        <w:ind w:left="1440"/>
        <w:jc w:val="both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Cuaderno</w:t>
      </w:r>
      <w:r w:rsidR="001645FA" w:rsidRPr="00AC26BC">
        <w:rPr>
          <w:b/>
          <w:bCs/>
          <w:sz w:val="20"/>
          <w:szCs w:val="20"/>
          <w:lang w:val="es-PE"/>
        </w:rPr>
        <w:tab/>
        <w:t>: Principal</w:t>
      </w:r>
    </w:p>
    <w:p w14:paraId="5AAA1833" w14:textId="00D9580E" w:rsidR="001645FA" w:rsidRPr="00AC26BC" w:rsidRDefault="001645FA" w:rsidP="001645FA">
      <w:pPr>
        <w:pStyle w:val="Sinespaciado"/>
        <w:ind w:left="1440"/>
        <w:jc w:val="both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Escrito Nro.</w:t>
      </w:r>
      <w:r w:rsidRPr="00AC26BC">
        <w:rPr>
          <w:b/>
          <w:bCs/>
          <w:sz w:val="20"/>
          <w:szCs w:val="20"/>
          <w:lang w:val="es-PE"/>
        </w:rPr>
        <w:tab/>
        <w:t>: 01-2025</w:t>
      </w:r>
    </w:p>
    <w:p w14:paraId="40C40161" w14:textId="483F9396" w:rsidR="001645FA" w:rsidRPr="00AC26BC" w:rsidRDefault="001645FA" w:rsidP="001645FA">
      <w:pPr>
        <w:pStyle w:val="Sinespaciado"/>
        <w:ind w:left="1440"/>
        <w:jc w:val="both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Sumilla</w:t>
      </w:r>
      <w:r w:rsidRPr="00AC26BC">
        <w:rPr>
          <w:b/>
          <w:bCs/>
          <w:sz w:val="20"/>
          <w:szCs w:val="20"/>
          <w:lang w:val="es-PE"/>
        </w:rPr>
        <w:tab/>
        <w:t>: Demanda de alimentos para ascendiente</w:t>
      </w:r>
    </w:p>
    <w:p w14:paraId="51DC7030" w14:textId="77777777" w:rsidR="001645FA" w:rsidRPr="00AC26BC" w:rsidRDefault="001645FA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4365C4DC" w14:textId="2F3DB7D6" w:rsidR="0054403B" w:rsidRPr="00AC26BC" w:rsidRDefault="00AC26BC" w:rsidP="008F36A6">
      <w:pPr>
        <w:pStyle w:val="Sinespaciado"/>
        <w:jc w:val="both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SEÑOR JUEZ DEL JUZGADO DE PAZ LETRADO DE [</w:t>
      </w:r>
      <w:r w:rsidR="00941804" w:rsidRPr="00AC26BC">
        <w:rPr>
          <w:b/>
          <w:bCs/>
          <w:sz w:val="20"/>
          <w:szCs w:val="20"/>
          <w:lang w:val="es-PE"/>
        </w:rPr>
        <w:t>ubicación</w:t>
      </w:r>
      <w:r w:rsidR="00941804" w:rsidRPr="00AC26BC">
        <w:rPr>
          <w:rStyle w:val="Refdenotaalpie"/>
          <w:b/>
          <w:bCs/>
          <w:sz w:val="20"/>
          <w:szCs w:val="20"/>
          <w:lang w:val="es-PE"/>
        </w:rPr>
        <w:footnoteReference w:id="2"/>
      </w:r>
      <w:r w:rsidRPr="00AC26BC">
        <w:rPr>
          <w:b/>
          <w:bCs/>
          <w:sz w:val="20"/>
          <w:szCs w:val="20"/>
          <w:lang w:val="es-PE"/>
        </w:rPr>
        <w:t>]:</w:t>
      </w:r>
    </w:p>
    <w:p w14:paraId="0E7BFF2A" w14:textId="77777777" w:rsidR="001645FA" w:rsidRPr="00AC26BC" w:rsidRDefault="001645FA" w:rsidP="008F36A6">
      <w:pPr>
        <w:pStyle w:val="Sinespaciado"/>
        <w:jc w:val="both"/>
        <w:rPr>
          <w:b/>
          <w:bCs/>
          <w:sz w:val="20"/>
          <w:szCs w:val="20"/>
          <w:lang w:val="es-PE"/>
        </w:rPr>
      </w:pPr>
    </w:p>
    <w:p w14:paraId="323E0623" w14:textId="1C734D2D" w:rsidR="0054403B" w:rsidRPr="00AC26BC" w:rsidRDefault="00AC26BC" w:rsidP="00EA1D81">
      <w:pPr>
        <w:pStyle w:val="Sinespaciado"/>
        <w:ind w:left="720"/>
        <w:jc w:val="both"/>
        <w:rPr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 xml:space="preserve"> [NOMBRES Y APELLIDOS DE LA </w:t>
      </w:r>
      <w:r w:rsidR="00171D8D" w:rsidRPr="00AC26BC">
        <w:rPr>
          <w:b/>
          <w:bCs/>
          <w:sz w:val="20"/>
          <w:szCs w:val="20"/>
          <w:lang w:val="es-PE"/>
        </w:rPr>
        <w:t xml:space="preserve">MADRE </w:t>
      </w:r>
      <w:r w:rsidRPr="00AC26BC">
        <w:rPr>
          <w:b/>
          <w:bCs/>
          <w:sz w:val="20"/>
          <w:szCs w:val="20"/>
          <w:lang w:val="es-PE"/>
        </w:rPr>
        <w:t>DEMANDANTE]</w:t>
      </w:r>
      <w:r w:rsidRPr="00AC26BC">
        <w:rPr>
          <w:sz w:val="20"/>
          <w:szCs w:val="20"/>
          <w:lang w:val="es-PE"/>
        </w:rPr>
        <w:t>, identificada con DNI N</w:t>
      </w:r>
      <w:r w:rsidR="00171D8D" w:rsidRPr="00AC26BC">
        <w:rPr>
          <w:sz w:val="20"/>
          <w:szCs w:val="20"/>
          <w:lang w:val="es-PE"/>
        </w:rPr>
        <w:t>ro.</w:t>
      </w:r>
      <w:r w:rsidRPr="00AC26BC">
        <w:rPr>
          <w:sz w:val="20"/>
          <w:szCs w:val="20"/>
          <w:lang w:val="es-PE"/>
        </w:rPr>
        <w:t xml:space="preserve"> [</w:t>
      </w:r>
      <w:r w:rsidR="00171D8D" w:rsidRPr="00AC26BC">
        <w:rPr>
          <w:b/>
          <w:bCs/>
          <w:sz w:val="20"/>
          <w:szCs w:val="20"/>
          <w:lang w:val="es-PE"/>
        </w:rPr>
        <w:t>número</w:t>
      </w:r>
      <w:r w:rsidRPr="00AC26BC">
        <w:rPr>
          <w:sz w:val="20"/>
          <w:szCs w:val="20"/>
          <w:lang w:val="es-PE"/>
        </w:rPr>
        <w:t>], con domicilio real en [</w:t>
      </w:r>
      <w:r w:rsidRPr="00AC26BC">
        <w:rPr>
          <w:b/>
          <w:bCs/>
          <w:sz w:val="20"/>
          <w:szCs w:val="20"/>
          <w:lang w:val="es-PE"/>
        </w:rPr>
        <w:t>dirección completa</w:t>
      </w:r>
      <w:r w:rsidRPr="00AC26BC">
        <w:rPr>
          <w:sz w:val="20"/>
          <w:szCs w:val="20"/>
          <w:lang w:val="es-PE"/>
        </w:rPr>
        <w:t xml:space="preserve">], </w:t>
      </w:r>
      <w:r w:rsidR="00171D8D" w:rsidRPr="00AC26BC">
        <w:rPr>
          <w:sz w:val="20"/>
          <w:szCs w:val="20"/>
          <w:lang w:val="es-PE"/>
        </w:rPr>
        <w:t>con</w:t>
      </w:r>
      <w:r w:rsidRPr="00AC26BC">
        <w:rPr>
          <w:sz w:val="20"/>
          <w:szCs w:val="20"/>
          <w:lang w:val="es-PE"/>
        </w:rPr>
        <w:t xml:space="preserve"> domicilio procesal en [</w:t>
      </w:r>
      <w:r w:rsidRPr="00AC26BC">
        <w:rPr>
          <w:b/>
          <w:bCs/>
          <w:sz w:val="20"/>
          <w:szCs w:val="20"/>
          <w:lang w:val="es-PE"/>
        </w:rPr>
        <w:t>domicilio procesal del abogado</w:t>
      </w:r>
      <w:r w:rsidRPr="00AC26BC">
        <w:rPr>
          <w:sz w:val="20"/>
          <w:szCs w:val="20"/>
          <w:lang w:val="es-PE"/>
        </w:rPr>
        <w:t xml:space="preserve">], </w:t>
      </w:r>
      <w:r w:rsidR="00B57EA6" w:rsidRPr="00AC26BC">
        <w:rPr>
          <w:sz w:val="20"/>
          <w:szCs w:val="20"/>
          <w:lang w:val="es-PE"/>
        </w:rPr>
        <w:t>con domicilio procesal electrónico en la casilla judicial electrónica Nro. [</w:t>
      </w:r>
      <w:r w:rsidR="00B57EA6" w:rsidRPr="00AC26BC">
        <w:rPr>
          <w:b/>
          <w:bCs/>
          <w:sz w:val="20"/>
          <w:szCs w:val="20"/>
          <w:lang w:val="es-PE"/>
        </w:rPr>
        <w:t>número</w:t>
      </w:r>
      <w:r w:rsidR="00B57EA6" w:rsidRPr="00AC26BC">
        <w:rPr>
          <w:sz w:val="20"/>
          <w:szCs w:val="20"/>
          <w:lang w:val="es-PE"/>
        </w:rPr>
        <w:t>]</w:t>
      </w:r>
      <w:r w:rsidR="00CA4E18" w:rsidRPr="00AC26BC">
        <w:rPr>
          <w:sz w:val="20"/>
          <w:szCs w:val="20"/>
          <w:lang w:val="es-PE"/>
        </w:rPr>
        <w:t xml:space="preserve">, señalando para efecto de actuaciones procesales virtuales </w:t>
      </w:r>
      <w:r w:rsidR="00EA1D81" w:rsidRPr="00AC26BC">
        <w:rPr>
          <w:sz w:val="20"/>
          <w:szCs w:val="20"/>
          <w:lang w:val="es-PE"/>
        </w:rPr>
        <w:t>correo electrónico en [</w:t>
      </w:r>
      <w:r w:rsidR="00EA1D81" w:rsidRPr="00AC26BC">
        <w:rPr>
          <w:b/>
          <w:bCs/>
          <w:sz w:val="20"/>
          <w:szCs w:val="20"/>
          <w:lang w:val="es-PE"/>
        </w:rPr>
        <w:t>indicar</w:t>
      </w:r>
      <w:r w:rsidR="00EA1D81" w:rsidRPr="00AC26BC">
        <w:rPr>
          <w:sz w:val="20"/>
          <w:szCs w:val="20"/>
          <w:lang w:val="es-PE"/>
        </w:rPr>
        <w:t>];</w:t>
      </w:r>
      <w:r w:rsidR="00B57EA6" w:rsidRPr="00AC26BC">
        <w:rPr>
          <w:sz w:val="20"/>
          <w:szCs w:val="20"/>
          <w:lang w:val="es-PE"/>
        </w:rPr>
        <w:t xml:space="preserve"> </w:t>
      </w:r>
      <w:r w:rsidRPr="00AC26BC">
        <w:rPr>
          <w:sz w:val="20"/>
          <w:szCs w:val="20"/>
          <w:lang w:val="es-PE"/>
        </w:rPr>
        <w:t>a Ud., respetuosamente, digo:</w:t>
      </w:r>
    </w:p>
    <w:p w14:paraId="1DA5E323" w14:textId="77777777" w:rsidR="00DD0638" w:rsidRPr="00AC26BC" w:rsidRDefault="00DD0638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3863C293" w14:textId="39EC398D" w:rsidR="00DD0638" w:rsidRPr="00AC26BC" w:rsidRDefault="00DD0638" w:rsidP="008F36A6">
      <w:pPr>
        <w:pStyle w:val="Sinespaciado"/>
        <w:jc w:val="both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I. V</w:t>
      </w:r>
      <w:r w:rsidR="002C68AC" w:rsidRPr="00AC26BC">
        <w:rPr>
          <w:b/>
          <w:bCs/>
          <w:sz w:val="20"/>
          <w:szCs w:val="20"/>
          <w:lang w:val="es-PE"/>
        </w:rPr>
        <w:t>Í</w:t>
      </w:r>
      <w:r w:rsidRPr="00AC26BC">
        <w:rPr>
          <w:b/>
          <w:bCs/>
          <w:sz w:val="20"/>
          <w:szCs w:val="20"/>
          <w:lang w:val="es-PE"/>
        </w:rPr>
        <w:t>A PROCEDIMENTAL</w:t>
      </w:r>
    </w:p>
    <w:p w14:paraId="388B9792" w14:textId="7C4ACAA4" w:rsidR="009E3C01" w:rsidRPr="00AC26BC" w:rsidRDefault="00436563" w:rsidP="009E3C01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A presente demanda de alimentos para ascendientes</w:t>
      </w:r>
      <w:r w:rsidR="00497EB1" w:rsidRPr="00AC26BC">
        <w:rPr>
          <w:sz w:val="20"/>
          <w:szCs w:val="20"/>
          <w:lang w:val="es-PE"/>
        </w:rPr>
        <w:t xml:space="preserve">, le corresponde la vía procedimental del </w:t>
      </w:r>
      <w:r w:rsidR="00497EB1" w:rsidRPr="00AC26BC">
        <w:rPr>
          <w:b/>
          <w:bCs/>
          <w:sz w:val="20"/>
          <w:szCs w:val="20"/>
          <w:u w:val="single"/>
          <w:lang w:val="es-PE"/>
        </w:rPr>
        <w:t>proceso sumarísimo</w:t>
      </w:r>
      <w:r w:rsidR="00497EB1" w:rsidRPr="00AC26BC">
        <w:rPr>
          <w:sz w:val="20"/>
          <w:szCs w:val="20"/>
          <w:lang w:val="es-PE"/>
        </w:rPr>
        <w:t xml:space="preserve"> conforme al inciso 1) del artículo 546 del Código Procesal Civil que indica: </w:t>
      </w:r>
      <w:r w:rsidR="00497EB1" w:rsidRPr="00AC26BC">
        <w:rPr>
          <w:b/>
          <w:bCs/>
          <w:i/>
          <w:iCs/>
          <w:sz w:val="20"/>
          <w:szCs w:val="20"/>
          <w:lang w:val="es-PE"/>
        </w:rPr>
        <w:t>“</w:t>
      </w:r>
      <w:r w:rsidR="009E3C01" w:rsidRPr="00AC26BC">
        <w:rPr>
          <w:b/>
          <w:bCs/>
          <w:i/>
          <w:iCs/>
          <w:sz w:val="20"/>
          <w:szCs w:val="20"/>
          <w:lang w:val="es-PE"/>
        </w:rPr>
        <w:t>Se tramitan en proceso sumarísimo los siguientes asuntos contenciosos: 1. Alimentos”</w:t>
      </w:r>
      <w:r w:rsidR="009E3C01" w:rsidRPr="00AC26BC">
        <w:rPr>
          <w:sz w:val="20"/>
          <w:szCs w:val="20"/>
          <w:lang w:val="es-PE"/>
        </w:rPr>
        <w:t>.</w:t>
      </w:r>
    </w:p>
    <w:p w14:paraId="724BAFA7" w14:textId="5E428A30" w:rsidR="008E61BD" w:rsidRPr="00AC26BC" w:rsidRDefault="008E61BD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0DFC9CBC" w14:textId="757B4C60" w:rsidR="009E3C01" w:rsidRPr="00AC26BC" w:rsidRDefault="009E3C01" w:rsidP="008F36A6">
      <w:pPr>
        <w:pStyle w:val="Sinespaciado"/>
        <w:jc w:val="both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II. COMPETENCIA FUNCIONAL</w:t>
      </w:r>
    </w:p>
    <w:p w14:paraId="535AC5C6" w14:textId="4934C40D" w:rsidR="00454286" w:rsidRPr="00AC26BC" w:rsidRDefault="00D16BEE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 xml:space="preserve">El </w:t>
      </w:r>
      <w:r w:rsidRPr="00AC26BC">
        <w:rPr>
          <w:b/>
          <w:bCs/>
          <w:sz w:val="20"/>
          <w:szCs w:val="20"/>
          <w:u w:val="single"/>
          <w:lang w:val="es-PE"/>
        </w:rPr>
        <w:t>juez de paz letrado</w:t>
      </w:r>
      <w:r w:rsidRPr="00AC26BC">
        <w:rPr>
          <w:sz w:val="20"/>
          <w:szCs w:val="20"/>
          <w:lang w:val="es-PE"/>
        </w:rPr>
        <w:t xml:space="preserve"> es competente para la pretensión de alimentos conforme al segundo párrafo del artículo 547 del Código Procesal Civil que indica </w:t>
      </w:r>
      <w:r w:rsidR="00C03365" w:rsidRPr="00AC26BC">
        <w:rPr>
          <w:b/>
          <w:bCs/>
          <w:i/>
          <w:iCs/>
          <w:sz w:val="20"/>
          <w:szCs w:val="20"/>
          <w:lang w:val="es-PE"/>
        </w:rPr>
        <w:t>“Los Jueces de Paz Letrados conocen los asuntos referidos en el inciso 1) del artículo 546 [CPC</w:t>
      </w:r>
      <w:r w:rsidR="00171D8D" w:rsidRPr="00AC26BC">
        <w:rPr>
          <w:b/>
          <w:bCs/>
          <w:i/>
          <w:iCs/>
          <w:sz w:val="20"/>
          <w:szCs w:val="20"/>
          <w:lang w:val="es-PE"/>
        </w:rPr>
        <w:t xml:space="preserve"> – alimentos]</w:t>
      </w:r>
      <w:r w:rsidR="00C03365" w:rsidRPr="00AC26BC">
        <w:rPr>
          <w:b/>
          <w:bCs/>
          <w:i/>
          <w:iCs/>
          <w:sz w:val="20"/>
          <w:szCs w:val="20"/>
          <w:lang w:val="es-PE"/>
        </w:rPr>
        <w:t>”</w:t>
      </w:r>
      <w:r w:rsidR="00C03365" w:rsidRPr="00AC26BC">
        <w:rPr>
          <w:sz w:val="20"/>
          <w:szCs w:val="20"/>
          <w:lang w:val="es-PE"/>
        </w:rPr>
        <w:t>.</w:t>
      </w:r>
    </w:p>
    <w:p w14:paraId="4389245E" w14:textId="77777777" w:rsidR="00EA1D81" w:rsidRPr="00AC26BC" w:rsidRDefault="00EA1D81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7B3BEB2A" w14:textId="67B84CA3" w:rsidR="00ED385A" w:rsidRPr="00AC26BC" w:rsidRDefault="00ED385A" w:rsidP="008F36A6">
      <w:pPr>
        <w:pStyle w:val="Sinespaciado"/>
        <w:jc w:val="both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III. DEMANDADO Y DIRECCIÓN DOMICILIARIA</w:t>
      </w:r>
    </w:p>
    <w:p w14:paraId="395163F1" w14:textId="5340D3A3" w:rsidR="00ED385A" w:rsidRPr="00AC26BC" w:rsidRDefault="00ED385A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[</w:t>
      </w:r>
      <w:r w:rsidRPr="00AC26BC">
        <w:rPr>
          <w:b/>
          <w:bCs/>
          <w:sz w:val="20"/>
          <w:szCs w:val="20"/>
          <w:lang w:val="es-PE"/>
        </w:rPr>
        <w:t>Nombres y apellidos completos del hijo (a)</w:t>
      </w:r>
      <w:r w:rsidRPr="00AC26BC">
        <w:rPr>
          <w:sz w:val="20"/>
          <w:szCs w:val="20"/>
          <w:lang w:val="es-PE"/>
        </w:rPr>
        <w:t xml:space="preserve">], mayor de edad, </w:t>
      </w:r>
      <w:r w:rsidR="00157DB7" w:rsidRPr="00AC26BC">
        <w:rPr>
          <w:sz w:val="20"/>
          <w:szCs w:val="20"/>
          <w:lang w:val="es-PE"/>
        </w:rPr>
        <w:t>con dirección domiciliaria en</w:t>
      </w:r>
      <w:r w:rsidRPr="00AC26BC">
        <w:rPr>
          <w:sz w:val="20"/>
          <w:szCs w:val="20"/>
          <w:lang w:val="es-PE"/>
        </w:rPr>
        <w:t xml:space="preserve"> [</w:t>
      </w:r>
      <w:r w:rsidRPr="00AC26BC">
        <w:rPr>
          <w:b/>
          <w:bCs/>
          <w:sz w:val="20"/>
          <w:szCs w:val="20"/>
          <w:lang w:val="es-PE"/>
        </w:rPr>
        <w:t>dirección completa</w:t>
      </w:r>
      <w:r w:rsidRPr="00AC26BC">
        <w:rPr>
          <w:sz w:val="20"/>
          <w:szCs w:val="20"/>
          <w:lang w:val="es-PE"/>
        </w:rPr>
        <w:t>]</w:t>
      </w:r>
      <w:r w:rsidR="00157DB7" w:rsidRPr="00AC26BC">
        <w:rPr>
          <w:rStyle w:val="Refdenotaalpie"/>
          <w:sz w:val="20"/>
          <w:szCs w:val="20"/>
          <w:lang w:val="es-PE"/>
        </w:rPr>
        <w:footnoteReference w:id="3"/>
      </w:r>
      <w:r w:rsidRPr="00AC26BC">
        <w:rPr>
          <w:sz w:val="20"/>
          <w:szCs w:val="20"/>
          <w:lang w:val="es-PE"/>
        </w:rPr>
        <w:t>.</w:t>
      </w:r>
    </w:p>
    <w:p w14:paraId="7B7C3D06" w14:textId="77777777" w:rsidR="00157DB7" w:rsidRPr="00AC26BC" w:rsidRDefault="00157DB7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107E3ADE" w14:textId="429215BB" w:rsidR="0054403B" w:rsidRPr="00AC26BC" w:rsidRDefault="00C95D4E" w:rsidP="008F36A6">
      <w:pPr>
        <w:pStyle w:val="Sinespaciado"/>
        <w:jc w:val="both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IV. PETITORIO</w:t>
      </w:r>
    </w:p>
    <w:p w14:paraId="3A1A416C" w14:textId="74C7859A" w:rsidR="0054403B" w:rsidRPr="00AC26BC" w:rsidRDefault="00C95D4E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C</w:t>
      </w:r>
      <w:r w:rsidR="00565F40" w:rsidRPr="00AC26BC">
        <w:rPr>
          <w:b/>
          <w:bCs/>
          <w:sz w:val="20"/>
          <w:szCs w:val="20"/>
          <w:lang w:val="es-PE"/>
        </w:rPr>
        <w:t>omo pretensión principal</w:t>
      </w:r>
      <w:r w:rsidR="00565F40" w:rsidRPr="00AC26BC">
        <w:rPr>
          <w:sz w:val="20"/>
          <w:szCs w:val="20"/>
          <w:lang w:val="es-PE"/>
        </w:rPr>
        <w:t>, i</w:t>
      </w:r>
      <w:r w:rsidRPr="00AC26BC">
        <w:rPr>
          <w:sz w:val="20"/>
          <w:szCs w:val="20"/>
          <w:lang w:val="es-PE"/>
        </w:rPr>
        <w:t xml:space="preserve">nterpongo demanda de alimentos contra mi hijo </w:t>
      </w:r>
      <w:r w:rsidR="00565F40" w:rsidRPr="00AC26BC">
        <w:rPr>
          <w:sz w:val="20"/>
          <w:szCs w:val="20"/>
          <w:lang w:val="es-PE"/>
        </w:rPr>
        <w:t>[</w:t>
      </w:r>
      <w:r w:rsidR="00565F40" w:rsidRPr="00AC26BC">
        <w:rPr>
          <w:b/>
          <w:bCs/>
          <w:sz w:val="20"/>
          <w:szCs w:val="20"/>
          <w:lang w:val="es-PE"/>
        </w:rPr>
        <w:t>Nombres y apellidos completos del hijo (a)</w:t>
      </w:r>
      <w:r w:rsidR="00565F40" w:rsidRPr="00AC26BC">
        <w:rPr>
          <w:sz w:val="20"/>
          <w:szCs w:val="20"/>
          <w:lang w:val="es-PE"/>
        </w:rPr>
        <w:t>]</w:t>
      </w:r>
      <w:r w:rsidRPr="00AC26BC">
        <w:rPr>
          <w:sz w:val="20"/>
          <w:szCs w:val="20"/>
          <w:lang w:val="es-PE"/>
        </w:rPr>
        <w:t xml:space="preserve"> a fin de que se le </w:t>
      </w:r>
      <w:r w:rsidRPr="00AC26BC">
        <w:rPr>
          <w:b/>
          <w:bCs/>
          <w:sz w:val="20"/>
          <w:szCs w:val="20"/>
          <w:u w:val="single"/>
          <w:lang w:val="es-PE"/>
        </w:rPr>
        <w:t>ordene</w:t>
      </w:r>
      <w:r w:rsidR="00565F40" w:rsidRPr="00AC26BC">
        <w:rPr>
          <w:b/>
          <w:bCs/>
          <w:sz w:val="20"/>
          <w:szCs w:val="20"/>
          <w:u w:val="single"/>
          <w:lang w:val="es-PE"/>
        </w:rPr>
        <w:t xml:space="preserve"> e</w:t>
      </w:r>
      <w:r w:rsidRPr="00AC26BC">
        <w:rPr>
          <w:b/>
          <w:bCs/>
          <w:sz w:val="20"/>
          <w:szCs w:val="20"/>
          <w:u w:val="single"/>
          <w:lang w:val="es-PE"/>
        </w:rPr>
        <w:t>l pago de una pensión alimenticia mensual ascendente</w:t>
      </w:r>
      <w:r w:rsidRPr="00AC26BC">
        <w:rPr>
          <w:sz w:val="20"/>
          <w:szCs w:val="20"/>
          <w:lang w:val="es-PE"/>
        </w:rPr>
        <w:t xml:space="preserve"> al </w:t>
      </w:r>
      <w:r w:rsidR="000866D1" w:rsidRPr="00AC26BC">
        <w:rPr>
          <w:sz w:val="20"/>
          <w:szCs w:val="20"/>
          <w:lang w:val="es-PE"/>
        </w:rPr>
        <w:t>[</w:t>
      </w:r>
      <w:r w:rsidR="000866D1" w:rsidRPr="00AC26BC">
        <w:rPr>
          <w:b/>
          <w:bCs/>
          <w:sz w:val="20"/>
          <w:szCs w:val="20"/>
          <w:lang w:val="es-PE"/>
        </w:rPr>
        <w:t>indicar un porcentaje que no exceda el 60</w:t>
      </w:r>
      <w:r w:rsidRPr="00AC26BC">
        <w:rPr>
          <w:b/>
          <w:bCs/>
          <w:sz w:val="20"/>
          <w:szCs w:val="20"/>
          <w:lang w:val="es-PE"/>
        </w:rPr>
        <w:t>%</w:t>
      </w:r>
      <w:r w:rsidR="000866D1" w:rsidRPr="00AC26BC">
        <w:rPr>
          <w:b/>
          <w:bCs/>
          <w:sz w:val="20"/>
          <w:szCs w:val="20"/>
          <w:lang w:val="es-PE"/>
        </w:rPr>
        <w:t>, por ejemplo</w:t>
      </w:r>
      <w:r w:rsidR="00BE7808" w:rsidRPr="00AC26BC">
        <w:rPr>
          <w:b/>
          <w:bCs/>
          <w:sz w:val="20"/>
          <w:szCs w:val="20"/>
          <w:lang w:val="es-PE"/>
        </w:rPr>
        <w:t>, 30%</w:t>
      </w:r>
      <w:r w:rsidR="00BE7808" w:rsidRPr="00AC26BC">
        <w:rPr>
          <w:sz w:val="20"/>
          <w:szCs w:val="20"/>
          <w:lang w:val="es-PE"/>
        </w:rPr>
        <w:t>]</w:t>
      </w:r>
      <w:r w:rsidRPr="00AC26BC">
        <w:rPr>
          <w:sz w:val="20"/>
          <w:szCs w:val="20"/>
          <w:lang w:val="es-PE"/>
        </w:rPr>
        <w:t xml:space="preserve"> de sus ingresos mensuales o</w:t>
      </w:r>
      <w:r w:rsidR="00BE7808" w:rsidRPr="00AC26BC">
        <w:rPr>
          <w:sz w:val="20"/>
          <w:szCs w:val="20"/>
          <w:lang w:val="es-PE"/>
        </w:rPr>
        <w:t>,</w:t>
      </w:r>
      <w:r w:rsidRPr="00AC26BC">
        <w:rPr>
          <w:sz w:val="20"/>
          <w:szCs w:val="20"/>
          <w:lang w:val="es-PE"/>
        </w:rPr>
        <w:t xml:space="preserve"> en su defecto, el monto que su </w:t>
      </w:r>
      <w:r w:rsidR="00BE7808" w:rsidRPr="00AC26BC">
        <w:rPr>
          <w:sz w:val="20"/>
          <w:szCs w:val="20"/>
          <w:lang w:val="es-PE"/>
        </w:rPr>
        <w:t>d</w:t>
      </w:r>
      <w:r w:rsidRPr="00AC26BC">
        <w:rPr>
          <w:sz w:val="20"/>
          <w:szCs w:val="20"/>
          <w:lang w:val="es-PE"/>
        </w:rPr>
        <w:t>espacho determine conforme a ley.</w:t>
      </w:r>
    </w:p>
    <w:p w14:paraId="0BC76B81" w14:textId="77777777" w:rsidR="00BE7808" w:rsidRPr="00AC26BC" w:rsidRDefault="00BE7808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448BCD10" w14:textId="76B440C3" w:rsidR="0054403B" w:rsidRPr="00AC26BC" w:rsidRDefault="00581139" w:rsidP="00E26705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Como pretensión accesoria</w:t>
      </w:r>
      <w:r w:rsidRPr="00AC26BC">
        <w:rPr>
          <w:sz w:val="20"/>
          <w:szCs w:val="20"/>
          <w:lang w:val="es-PE"/>
        </w:rPr>
        <w:t xml:space="preserve">, el </w:t>
      </w:r>
      <w:r w:rsidRPr="00AC26BC">
        <w:rPr>
          <w:b/>
          <w:bCs/>
          <w:sz w:val="20"/>
          <w:szCs w:val="20"/>
          <w:u w:val="single"/>
          <w:lang w:val="es-PE"/>
        </w:rPr>
        <w:t>pago de pensiones devengadas</w:t>
      </w:r>
      <w:r w:rsidRPr="00AC26BC">
        <w:rPr>
          <w:sz w:val="20"/>
          <w:szCs w:val="20"/>
          <w:lang w:val="es-PE"/>
        </w:rPr>
        <w:t xml:space="preserve"> desde la fecha de interposición de la demanda o, en su caso, desde que el obligado incumplió su deber, más intereses legales, costas y costos del proceso.</w:t>
      </w:r>
    </w:p>
    <w:p w14:paraId="398DAE6D" w14:textId="77777777" w:rsidR="00E26705" w:rsidRPr="00AC26BC" w:rsidRDefault="00E26705" w:rsidP="00E26705">
      <w:pPr>
        <w:pStyle w:val="Sinespaciado"/>
        <w:jc w:val="both"/>
        <w:rPr>
          <w:sz w:val="20"/>
          <w:szCs w:val="20"/>
          <w:lang w:val="es-PE"/>
        </w:rPr>
      </w:pPr>
    </w:p>
    <w:p w14:paraId="39BEEB45" w14:textId="3D165512" w:rsidR="0054403B" w:rsidRPr="00AC26BC" w:rsidRDefault="0005551E" w:rsidP="008F36A6">
      <w:pPr>
        <w:pStyle w:val="Sinespaciado"/>
        <w:jc w:val="both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V. FUNDAMENTOS DE HECHO</w:t>
      </w:r>
    </w:p>
    <w:p w14:paraId="6C547DEC" w14:textId="4A6996B3" w:rsidR="0054403B" w:rsidRPr="00AC26BC" w:rsidRDefault="0005551E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1. Soy la madre del demandado, vínculo que acredito con la partida de nacimiento de</w:t>
      </w:r>
      <w:r w:rsidR="004A2E47" w:rsidRPr="00AC26BC">
        <w:rPr>
          <w:sz w:val="20"/>
          <w:szCs w:val="20"/>
          <w:lang w:val="es-PE"/>
        </w:rPr>
        <w:t xml:space="preserve"> mi</w:t>
      </w:r>
      <w:r w:rsidRPr="00AC26BC">
        <w:rPr>
          <w:sz w:val="20"/>
          <w:szCs w:val="20"/>
          <w:lang w:val="es-PE"/>
        </w:rPr>
        <w:t xml:space="preserve"> hijo, que adjunto.</w:t>
      </w:r>
    </w:p>
    <w:p w14:paraId="2720542F" w14:textId="77777777" w:rsidR="004A2E47" w:rsidRPr="00AC26BC" w:rsidRDefault="004A2E47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006FA7FF" w14:textId="79C13C81" w:rsidR="0054403B" w:rsidRPr="00AC26BC" w:rsidRDefault="004A2E47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2. Actualmente, me encuentro en estado de necesidad económica debido a [</w:t>
      </w:r>
      <w:r w:rsidRPr="00AC26BC">
        <w:rPr>
          <w:b/>
          <w:bCs/>
          <w:sz w:val="20"/>
          <w:szCs w:val="20"/>
          <w:lang w:val="es-PE"/>
        </w:rPr>
        <w:t>por ejemplo: mi avanzada edad, problemas de salud que me impiden trabajar, ausencia de pensión de jubilación</w:t>
      </w:r>
      <w:r w:rsidRPr="00AC26BC">
        <w:rPr>
          <w:sz w:val="20"/>
          <w:szCs w:val="20"/>
          <w:lang w:val="es-PE"/>
        </w:rPr>
        <w:t>].</w:t>
      </w:r>
    </w:p>
    <w:p w14:paraId="462E94FE" w14:textId="77777777" w:rsidR="008D6BA2" w:rsidRPr="00AC26BC" w:rsidRDefault="008D6BA2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568C8C6B" w14:textId="520C712B" w:rsidR="0054403B" w:rsidRPr="00AC26BC" w:rsidRDefault="008D6BA2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3. Mi hijo es una persona económicamente solvente, labora como [</w:t>
      </w:r>
      <w:r w:rsidRPr="00AC26BC">
        <w:rPr>
          <w:b/>
          <w:bCs/>
          <w:sz w:val="20"/>
          <w:szCs w:val="20"/>
          <w:lang w:val="es-PE"/>
        </w:rPr>
        <w:t>profesión u ocupación</w:t>
      </w:r>
      <w:r w:rsidRPr="00AC26BC">
        <w:rPr>
          <w:sz w:val="20"/>
          <w:szCs w:val="20"/>
          <w:lang w:val="es-PE"/>
        </w:rPr>
        <w:t>] en [</w:t>
      </w:r>
      <w:r w:rsidRPr="00AC26BC">
        <w:rPr>
          <w:b/>
          <w:bCs/>
          <w:sz w:val="20"/>
          <w:szCs w:val="20"/>
          <w:lang w:val="es-PE"/>
        </w:rPr>
        <w:t>empresa o entidad</w:t>
      </w:r>
      <w:r w:rsidRPr="00AC26BC">
        <w:rPr>
          <w:sz w:val="20"/>
          <w:szCs w:val="20"/>
          <w:lang w:val="es-PE"/>
        </w:rPr>
        <w:t>], percibiendo ingresos mensuales que superan los [</w:t>
      </w:r>
      <w:r w:rsidRPr="00AC26BC">
        <w:rPr>
          <w:b/>
          <w:bCs/>
          <w:sz w:val="20"/>
          <w:szCs w:val="20"/>
          <w:lang w:val="es-PE"/>
        </w:rPr>
        <w:t>S/</w:t>
      </w:r>
      <w:r w:rsidR="001855CF" w:rsidRPr="00AC26BC">
        <w:rPr>
          <w:b/>
          <w:bCs/>
          <w:sz w:val="20"/>
          <w:szCs w:val="20"/>
          <w:lang w:val="es-PE"/>
        </w:rPr>
        <w:t xml:space="preserve"> opcional</w:t>
      </w:r>
      <w:r w:rsidRPr="00AC26BC">
        <w:rPr>
          <w:sz w:val="20"/>
          <w:szCs w:val="20"/>
          <w:lang w:val="es-PE"/>
        </w:rPr>
        <w:t>], conforme acreditaré con pruebas.</w:t>
      </w:r>
    </w:p>
    <w:p w14:paraId="295236C8" w14:textId="77777777" w:rsidR="00D9085D" w:rsidRPr="00AC26BC" w:rsidRDefault="00D9085D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68F3DA35" w14:textId="72AA77E7" w:rsidR="0054403B" w:rsidRPr="00AC26BC" w:rsidRDefault="00D9085D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4. El demandado, pese a estar en capacidad de brindarme ayuda, se ha negado reiteradamente a prestarme alimentos.</w:t>
      </w:r>
    </w:p>
    <w:p w14:paraId="3667B8BD" w14:textId="77777777" w:rsidR="00D9085D" w:rsidRPr="00AC26BC" w:rsidRDefault="00D9085D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6E0719CA" w14:textId="5F33C079" w:rsidR="0054403B" w:rsidRPr="00AC26BC" w:rsidRDefault="00D9085D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5. He intentado una solución extrajudicial sin éxito, motivo por el cual me veo en la necesidad de acudir al Poder Judicial.</w:t>
      </w:r>
    </w:p>
    <w:p w14:paraId="47BC1CFB" w14:textId="77777777" w:rsidR="00D9085D" w:rsidRPr="00AC26BC" w:rsidRDefault="00D9085D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217541DC" w14:textId="579BBAEF" w:rsidR="0054403B" w:rsidRPr="00AC26BC" w:rsidRDefault="00AC26BC" w:rsidP="008F36A6">
      <w:pPr>
        <w:pStyle w:val="Sinespaciado"/>
        <w:jc w:val="both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V</w:t>
      </w:r>
      <w:r w:rsidR="00920F28" w:rsidRPr="00AC26BC">
        <w:rPr>
          <w:b/>
          <w:bCs/>
          <w:sz w:val="20"/>
          <w:szCs w:val="20"/>
          <w:lang w:val="es-PE"/>
        </w:rPr>
        <w:t>I</w:t>
      </w:r>
      <w:r w:rsidRPr="00AC26BC">
        <w:rPr>
          <w:b/>
          <w:bCs/>
          <w:sz w:val="20"/>
          <w:szCs w:val="20"/>
          <w:lang w:val="es-PE"/>
        </w:rPr>
        <w:t>. FUNDAMENTOS DE DERECHO</w:t>
      </w:r>
    </w:p>
    <w:p w14:paraId="779BB308" w14:textId="7B4CDDEF" w:rsidR="00577EDF" w:rsidRPr="00AC26BC" w:rsidRDefault="00ED726D" w:rsidP="0059743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 xml:space="preserve">1. El artículo 474, inciso 2) del Código Civil </w:t>
      </w:r>
      <w:r w:rsidR="00577EDF" w:rsidRPr="00AC26BC">
        <w:rPr>
          <w:sz w:val="20"/>
          <w:szCs w:val="20"/>
          <w:lang w:val="es-PE"/>
        </w:rPr>
        <w:t xml:space="preserve">establece: </w:t>
      </w:r>
      <w:r w:rsidR="00577EDF" w:rsidRPr="00AC26BC">
        <w:rPr>
          <w:i/>
          <w:iCs/>
          <w:sz w:val="20"/>
          <w:szCs w:val="20"/>
          <w:lang w:val="es-PE"/>
        </w:rPr>
        <w:t>“Se deben alimentos recíprocamente”: “2. Los ascendientes y descendientes”</w:t>
      </w:r>
      <w:r w:rsidR="00577EDF" w:rsidRPr="00AC26BC">
        <w:rPr>
          <w:sz w:val="20"/>
          <w:szCs w:val="20"/>
          <w:lang w:val="es-PE"/>
        </w:rPr>
        <w:t>.</w:t>
      </w:r>
    </w:p>
    <w:p w14:paraId="2C01D3EA" w14:textId="77777777" w:rsidR="00577EDF" w:rsidRPr="00AC26BC" w:rsidRDefault="00577EDF" w:rsidP="00597436">
      <w:pPr>
        <w:pStyle w:val="Sinespaciado"/>
        <w:jc w:val="both"/>
        <w:rPr>
          <w:sz w:val="20"/>
          <w:szCs w:val="20"/>
          <w:lang w:val="es-PE"/>
        </w:rPr>
      </w:pPr>
    </w:p>
    <w:p w14:paraId="66CCD9F3" w14:textId="5050EFD0" w:rsidR="00577EDF" w:rsidRPr="00AC26BC" w:rsidRDefault="006F7B6F" w:rsidP="0059743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 xml:space="preserve">2. El artículo 479 del Código Civil indica: </w:t>
      </w:r>
      <w:r w:rsidRPr="00AC26BC">
        <w:rPr>
          <w:i/>
          <w:iCs/>
          <w:sz w:val="20"/>
          <w:szCs w:val="20"/>
          <w:lang w:val="es-PE"/>
        </w:rPr>
        <w:t>“</w:t>
      </w:r>
      <w:r w:rsidR="00597436" w:rsidRPr="00AC26BC">
        <w:rPr>
          <w:i/>
          <w:iCs/>
          <w:sz w:val="20"/>
          <w:szCs w:val="20"/>
          <w:lang w:val="es-PE"/>
        </w:rPr>
        <w:t>Entre los ascendientes y los descendientes, la obligación de darse alimentos pasa por causa de pobreza del que debe prestarlos al obligado que le sigue”</w:t>
      </w:r>
      <w:r w:rsidR="00597436" w:rsidRPr="00AC26BC">
        <w:rPr>
          <w:sz w:val="20"/>
          <w:szCs w:val="20"/>
          <w:lang w:val="es-PE"/>
        </w:rPr>
        <w:t>.</w:t>
      </w:r>
    </w:p>
    <w:p w14:paraId="260A1FBE" w14:textId="77777777" w:rsidR="00597436" w:rsidRPr="00AC26BC" w:rsidRDefault="00597436" w:rsidP="00597436">
      <w:pPr>
        <w:pStyle w:val="Sinespaciado"/>
        <w:jc w:val="both"/>
        <w:rPr>
          <w:sz w:val="20"/>
          <w:szCs w:val="20"/>
          <w:lang w:val="es-PE"/>
        </w:rPr>
      </w:pPr>
    </w:p>
    <w:p w14:paraId="2C768AFB" w14:textId="157A4D76" w:rsidR="00DF3F8A" w:rsidRPr="00AC26BC" w:rsidRDefault="00597436" w:rsidP="00DF3F8A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 xml:space="preserve">3. El artículo 481 del Código Civil indica: </w:t>
      </w:r>
      <w:r w:rsidRPr="00AC26BC">
        <w:rPr>
          <w:i/>
          <w:iCs/>
          <w:sz w:val="20"/>
          <w:szCs w:val="20"/>
          <w:lang w:val="es-PE"/>
        </w:rPr>
        <w:t>“</w:t>
      </w:r>
      <w:r w:rsidR="00DF3F8A" w:rsidRPr="00AC26BC">
        <w:rPr>
          <w:i/>
          <w:iCs/>
          <w:sz w:val="20"/>
          <w:szCs w:val="20"/>
          <w:lang w:val="es-PE"/>
        </w:rPr>
        <w:t>Los alimentos se regulan por el juez en proporción a las necesidades de quien los pide y a las posibilidades del que debe darlos, atendiendo además a las circunstancias personales de ambos, especialmente a las obligaciones que se halle sujeto el deudor. El juez considera como un aporte económico el trabajo doméstico no remunerado realizado por alguno de los obligados para el cuidado y desarrollo del alimentista, de acuerdo a lo señalado en el párrafo precedente</w:t>
      </w:r>
      <w:r w:rsidR="00DF3F8A" w:rsidRPr="00AC26BC">
        <w:rPr>
          <w:sz w:val="20"/>
          <w:szCs w:val="20"/>
          <w:lang w:val="es-PE"/>
        </w:rPr>
        <w:t>”.</w:t>
      </w:r>
    </w:p>
    <w:p w14:paraId="0BC63783" w14:textId="5D2DC6E9" w:rsidR="0054403B" w:rsidRPr="00AC26BC" w:rsidRDefault="00597436" w:rsidP="00DF3F8A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 xml:space="preserve"> </w:t>
      </w:r>
    </w:p>
    <w:p w14:paraId="45EE183A" w14:textId="16A771B8" w:rsidR="00920F28" w:rsidRPr="00AC26BC" w:rsidRDefault="00AC26BC" w:rsidP="008F36A6">
      <w:pPr>
        <w:pStyle w:val="Sinespaciado"/>
        <w:jc w:val="both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V</w:t>
      </w:r>
      <w:r w:rsidR="00920F28" w:rsidRPr="00AC26BC">
        <w:rPr>
          <w:b/>
          <w:bCs/>
          <w:sz w:val="20"/>
          <w:szCs w:val="20"/>
          <w:lang w:val="es-PE"/>
        </w:rPr>
        <w:t>I</w:t>
      </w:r>
      <w:r w:rsidRPr="00AC26BC">
        <w:rPr>
          <w:b/>
          <w:bCs/>
          <w:sz w:val="20"/>
          <w:szCs w:val="20"/>
          <w:lang w:val="es-PE"/>
        </w:rPr>
        <w:t xml:space="preserve">. </w:t>
      </w:r>
      <w:r w:rsidR="00920F28" w:rsidRPr="00AC26BC">
        <w:rPr>
          <w:b/>
          <w:bCs/>
          <w:sz w:val="20"/>
          <w:szCs w:val="20"/>
          <w:lang w:val="es-PE"/>
        </w:rPr>
        <w:t>MONTO DEL PETITORIO</w:t>
      </w:r>
    </w:p>
    <w:p w14:paraId="296249B4" w14:textId="76D38D87" w:rsidR="00920F28" w:rsidRPr="00AC26BC" w:rsidRDefault="00192726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Debido a la naturaleza de la pretensión no es cuantificable en dinero.</w:t>
      </w:r>
    </w:p>
    <w:p w14:paraId="13C6FF15" w14:textId="77777777" w:rsidR="00192726" w:rsidRPr="00AC26BC" w:rsidRDefault="00192726" w:rsidP="008F36A6">
      <w:pPr>
        <w:pStyle w:val="Sinespaciado"/>
        <w:jc w:val="both"/>
        <w:rPr>
          <w:b/>
          <w:bCs/>
          <w:sz w:val="20"/>
          <w:szCs w:val="20"/>
          <w:lang w:val="es-PE"/>
        </w:rPr>
      </w:pPr>
    </w:p>
    <w:p w14:paraId="4E4C4D98" w14:textId="44626153" w:rsidR="0054403B" w:rsidRPr="00AC26BC" w:rsidRDefault="00192726" w:rsidP="008F36A6">
      <w:pPr>
        <w:pStyle w:val="Sinespaciado"/>
        <w:jc w:val="both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VII. MEDIOS PROBATORIOS</w:t>
      </w:r>
    </w:p>
    <w:p w14:paraId="2997C81E" w14:textId="77777777" w:rsidR="008F59DA" w:rsidRPr="00AC26BC" w:rsidRDefault="008F59DA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6049921D" w14:textId="43BFA132" w:rsidR="0054403B" w:rsidRPr="00AC26BC" w:rsidRDefault="00AC26BC" w:rsidP="008F36A6">
      <w:pPr>
        <w:pStyle w:val="Sinespaciado"/>
        <w:jc w:val="both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A. Medios de actuación inmediata:</w:t>
      </w:r>
    </w:p>
    <w:p w14:paraId="6FBC6276" w14:textId="77777777" w:rsidR="008F59DA" w:rsidRPr="00AC26BC" w:rsidRDefault="008F59DA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017750D5" w14:textId="0F5200B8" w:rsidR="0054403B" w:rsidRPr="00AC26BC" w:rsidRDefault="008F59DA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1. Acta de nacimiento del demandado con la finalidad de acreditar que es hijo de la demandante.</w:t>
      </w:r>
    </w:p>
    <w:p w14:paraId="5964BD3D" w14:textId="0F8EE72E" w:rsidR="0054403B" w:rsidRPr="00AC26BC" w:rsidRDefault="00607E8A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2. Historia clínica y certificados médicos de la demandante con la finalidad de acreditar el delicado estado de salud de la demandante.</w:t>
      </w:r>
    </w:p>
    <w:p w14:paraId="08BCC068" w14:textId="3F700BB5" w:rsidR="0054403B" w:rsidRPr="00AC26BC" w:rsidRDefault="00607E8A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3. Carta notarial enviada al demandado solicitando alimentos.</w:t>
      </w:r>
    </w:p>
    <w:p w14:paraId="4C2DFC4B" w14:textId="4F28573C" w:rsidR="0054403B" w:rsidRPr="00AC26BC" w:rsidRDefault="00607E8A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4. Recibos de servicios, alquileres, medicinas de la demandante para acreditar sus ga</w:t>
      </w:r>
      <w:r w:rsidR="00154890" w:rsidRPr="00AC26BC">
        <w:rPr>
          <w:sz w:val="20"/>
          <w:szCs w:val="20"/>
          <w:lang w:val="es-PE"/>
        </w:rPr>
        <w:t>s</w:t>
      </w:r>
      <w:r w:rsidRPr="00AC26BC">
        <w:rPr>
          <w:sz w:val="20"/>
          <w:szCs w:val="20"/>
          <w:lang w:val="es-PE"/>
        </w:rPr>
        <w:t>tos</w:t>
      </w:r>
      <w:r w:rsidR="008158B9" w:rsidRPr="00AC26BC">
        <w:rPr>
          <w:sz w:val="20"/>
          <w:szCs w:val="20"/>
          <w:lang w:val="es-PE"/>
        </w:rPr>
        <w:t>.</w:t>
      </w:r>
    </w:p>
    <w:p w14:paraId="1B34B106" w14:textId="403F244D" w:rsidR="0054403B" w:rsidRPr="00AC26BC" w:rsidRDefault="008158B9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5. Acta de Conciliación frustrada con la finalidad de acreditar que incluso pretendí resolver este conflicto a través de la conciliación.</w:t>
      </w:r>
    </w:p>
    <w:p w14:paraId="7D3D3418" w14:textId="77777777" w:rsidR="008158B9" w:rsidRPr="00AC26BC" w:rsidRDefault="008158B9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4F77FC9C" w14:textId="77777777" w:rsidR="0054403B" w:rsidRPr="00AC26BC" w:rsidRDefault="00AC26BC" w:rsidP="008F36A6">
      <w:pPr>
        <w:pStyle w:val="Sinespaciado"/>
        <w:jc w:val="both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B. Medios de actuación mediata (se solicita se oficie):</w:t>
      </w:r>
    </w:p>
    <w:p w14:paraId="34A4193A" w14:textId="77777777" w:rsidR="008158B9" w:rsidRPr="00AC26BC" w:rsidRDefault="008158B9" w:rsidP="008F36A6">
      <w:pPr>
        <w:pStyle w:val="Sinespaciado"/>
        <w:jc w:val="both"/>
        <w:rPr>
          <w:b/>
          <w:bCs/>
          <w:sz w:val="20"/>
          <w:szCs w:val="20"/>
          <w:lang w:val="es-PE"/>
        </w:rPr>
      </w:pPr>
    </w:p>
    <w:p w14:paraId="4922C6CF" w14:textId="648C10B4" w:rsidR="0054403B" w:rsidRPr="00AC26BC" w:rsidRDefault="008158B9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6. Oficio a SUNAT para verificar ingresos del demandado.</w:t>
      </w:r>
    </w:p>
    <w:p w14:paraId="5631E0BE" w14:textId="79DAA49A" w:rsidR="0054403B" w:rsidRPr="00AC26BC" w:rsidRDefault="008158B9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7. Oficio a ESSALUD o EPS.</w:t>
      </w:r>
    </w:p>
    <w:p w14:paraId="5287C84B" w14:textId="1CEE2071" w:rsidR="0054403B" w:rsidRPr="00AC26BC" w:rsidRDefault="008158B9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8. Oficio a la empresa empleadora del demandado.</w:t>
      </w:r>
    </w:p>
    <w:p w14:paraId="3E1BB4F8" w14:textId="2F3696C7" w:rsidR="0054403B" w:rsidRPr="00AC26BC" w:rsidRDefault="008158B9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9. Oficio a AFP u ONP.</w:t>
      </w:r>
    </w:p>
    <w:p w14:paraId="0FE871BF" w14:textId="77777777" w:rsidR="00920F28" w:rsidRPr="00AC26BC" w:rsidRDefault="00920F28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02226048" w14:textId="3CDD8126" w:rsidR="00920F28" w:rsidRPr="00AC26BC" w:rsidRDefault="00920F28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Estos medios de prueba son para acreditar la capacidad económica del demandado</w:t>
      </w:r>
    </w:p>
    <w:p w14:paraId="40AE8A81" w14:textId="77777777" w:rsidR="00920F28" w:rsidRPr="00AC26BC" w:rsidRDefault="00920F28" w:rsidP="008F36A6">
      <w:pPr>
        <w:pStyle w:val="Sinespaciado"/>
        <w:jc w:val="both"/>
        <w:rPr>
          <w:sz w:val="20"/>
          <w:szCs w:val="20"/>
          <w:lang w:val="es-PE"/>
        </w:rPr>
      </w:pPr>
    </w:p>
    <w:p w14:paraId="47FA721F" w14:textId="656157F6" w:rsidR="0054403B" w:rsidRPr="00AC26BC" w:rsidRDefault="00AC26BC" w:rsidP="008F36A6">
      <w:pPr>
        <w:pStyle w:val="Sinespaciado"/>
        <w:jc w:val="both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V</w:t>
      </w:r>
      <w:r w:rsidR="00192726" w:rsidRPr="00AC26BC">
        <w:rPr>
          <w:b/>
          <w:bCs/>
          <w:sz w:val="20"/>
          <w:szCs w:val="20"/>
          <w:lang w:val="es-PE"/>
        </w:rPr>
        <w:t>II</w:t>
      </w:r>
      <w:r w:rsidRPr="00AC26BC">
        <w:rPr>
          <w:b/>
          <w:bCs/>
          <w:sz w:val="20"/>
          <w:szCs w:val="20"/>
          <w:lang w:val="es-PE"/>
        </w:rPr>
        <w:t>I. ANEXOS</w:t>
      </w:r>
    </w:p>
    <w:p w14:paraId="6DF8FBE8" w14:textId="26DA87A9" w:rsidR="0054403B" w:rsidRPr="00AC26BC" w:rsidRDefault="00154890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1-A Copia del DNI de la demandante.</w:t>
      </w:r>
    </w:p>
    <w:p w14:paraId="43639A59" w14:textId="23C3F353" w:rsidR="00154890" w:rsidRPr="00AC26BC" w:rsidRDefault="00154890" w:rsidP="00154890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1-B Acta de nacimiento del demandado.</w:t>
      </w:r>
    </w:p>
    <w:p w14:paraId="5F2521F2" w14:textId="2F5A79E9" w:rsidR="00154890" w:rsidRPr="00AC26BC" w:rsidRDefault="00154890" w:rsidP="00154890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1-C Historia clínica y certificados médicos de la demandante.</w:t>
      </w:r>
    </w:p>
    <w:p w14:paraId="2E94240C" w14:textId="082F34BC" w:rsidR="00154890" w:rsidRPr="00AC26BC" w:rsidRDefault="00154890" w:rsidP="00154890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1-D Carta notarial enviada al demandado solicitando alimentos.</w:t>
      </w:r>
    </w:p>
    <w:p w14:paraId="04379FC1" w14:textId="3D03A045" w:rsidR="00154890" w:rsidRPr="00AC26BC" w:rsidRDefault="00154890" w:rsidP="00154890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1-E Recibos de servicios, alquileres, medicinas de la demandante.</w:t>
      </w:r>
    </w:p>
    <w:p w14:paraId="5F069484" w14:textId="01513752" w:rsidR="00154890" w:rsidRPr="00AC26BC" w:rsidRDefault="00154890" w:rsidP="00154890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 xml:space="preserve">1-F Acta de Conciliación frustrada </w:t>
      </w:r>
    </w:p>
    <w:p w14:paraId="32C41E20" w14:textId="77777777" w:rsidR="00154890" w:rsidRPr="00AC26BC" w:rsidRDefault="00154890" w:rsidP="00154890">
      <w:pPr>
        <w:pStyle w:val="Sinespaciado"/>
        <w:jc w:val="both"/>
        <w:rPr>
          <w:sz w:val="20"/>
          <w:szCs w:val="20"/>
          <w:lang w:val="es-PE"/>
        </w:rPr>
      </w:pPr>
    </w:p>
    <w:p w14:paraId="470F2125" w14:textId="1A7C6F3C" w:rsidR="0054403B" w:rsidRPr="00AC26BC" w:rsidRDefault="00AC26BC" w:rsidP="00154890">
      <w:pPr>
        <w:pStyle w:val="Sinespaciado"/>
        <w:jc w:val="center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POR TANTO:</w:t>
      </w:r>
    </w:p>
    <w:p w14:paraId="2A7768B0" w14:textId="0FDC47F8" w:rsidR="0054403B" w:rsidRPr="00AC26BC" w:rsidRDefault="00AC26BC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t>Señor Juez, pido admitir la presente demanda</w:t>
      </w:r>
      <w:r w:rsidR="002107F3" w:rsidRPr="00AC26BC">
        <w:rPr>
          <w:sz w:val="20"/>
          <w:szCs w:val="20"/>
          <w:lang w:val="es-PE"/>
        </w:rPr>
        <w:t xml:space="preserve"> y</w:t>
      </w:r>
      <w:r w:rsidRPr="00AC26BC">
        <w:rPr>
          <w:sz w:val="20"/>
          <w:szCs w:val="20"/>
          <w:lang w:val="es-PE"/>
        </w:rPr>
        <w:t xml:space="preserve"> correr traslado al demandado</w:t>
      </w:r>
      <w:r w:rsidR="002107F3" w:rsidRPr="00AC26BC">
        <w:rPr>
          <w:sz w:val="20"/>
          <w:szCs w:val="20"/>
          <w:lang w:val="es-PE"/>
        </w:rPr>
        <w:t>.</w:t>
      </w:r>
    </w:p>
    <w:p w14:paraId="41F7FACF" w14:textId="75917078" w:rsidR="0054403B" w:rsidRPr="00AC26BC" w:rsidRDefault="00AC26BC" w:rsidP="008F36A6">
      <w:pPr>
        <w:pStyle w:val="Sinespaciado"/>
        <w:jc w:val="both"/>
        <w:rPr>
          <w:sz w:val="20"/>
          <w:szCs w:val="20"/>
          <w:lang w:val="es-PE"/>
        </w:rPr>
      </w:pPr>
      <w:r w:rsidRPr="00AC26BC">
        <w:rPr>
          <w:sz w:val="20"/>
          <w:szCs w:val="20"/>
          <w:lang w:val="es-PE"/>
        </w:rPr>
        <w:br/>
        <w:t xml:space="preserve">Lima, </w:t>
      </w:r>
      <w:r w:rsidR="00EB4C77" w:rsidRPr="00AC26BC">
        <w:rPr>
          <w:sz w:val="20"/>
          <w:szCs w:val="20"/>
          <w:lang w:val="es-PE"/>
        </w:rPr>
        <w:t>28 de mayo de 2025</w:t>
      </w:r>
    </w:p>
    <w:p w14:paraId="61C26549" w14:textId="294CB422" w:rsidR="0054403B" w:rsidRPr="00AC26BC" w:rsidRDefault="00EB4C77" w:rsidP="00EB4C77">
      <w:pPr>
        <w:pStyle w:val="Sinespaciado"/>
        <w:jc w:val="center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[firma del demandante]</w:t>
      </w:r>
    </w:p>
    <w:p w14:paraId="1C8E25FD" w14:textId="77777777" w:rsidR="00EB4C77" w:rsidRPr="00AC26BC" w:rsidRDefault="00EB4C77" w:rsidP="00EB4C77">
      <w:pPr>
        <w:pStyle w:val="Sinespaciado"/>
        <w:jc w:val="center"/>
        <w:rPr>
          <w:b/>
          <w:bCs/>
          <w:sz w:val="20"/>
          <w:szCs w:val="20"/>
          <w:lang w:val="es-PE"/>
        </w:rPr>
      </w:pPr>
    </w:p>
    <w:p w14:paraId="7451EB17" w14:textId="3C9E3619" w:rsidR="00EB4C77" w:rsidRPr="00AC26BC" w:rsidRDefault="00EB4C77" w:rsidP="00EB4C77">
      <w:pPr>
        <w:pStyle w:val="Sinespaciado"/>
        <w:jc w:val="center"/>
        <w:rPr>
          <w:b/>
          <w:bCs/>
          <w:sz w:val="20"/>
          <w:szCs w:val="20"/>
          <w:lang w:val="es-PE"/>
        </w:rPr>
      </w:pPr>
      <w:r w:rsidRPr="00AC26BC">
        <w:rPr>
          <w:b/>
          <w:bCs/>
          <w:sz w:val="20"/>
          <w:szCs w:val="20"/>
          <w:lang w:val="es-PE"/>
        </w:rPr>
        <w:t>[firma del demandado]</w:t>
      </w:r>
    </w:p>
    <w:sectPr w:rsidR="00EB4C77" w:rsidRPr="00AC26BC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E7CC1" w14:textId="77777777" w:rsidR="00A020AB" w:rsidRDefault="00A020AB" w:rsidP="008F36A6">
      <w:pPr>
        <w:spacing w:after="0" w:line="240" w:lineRule="auto"/>
      </w:pPr>
      <w:r>
        <w:separator/>
      </w:r>
    </w:p>
  </w:endnote>
  <w:endnote w:type="continuationSeparator" w:id="0">
    <w:p w14:paraId="6408019A" w14:textId="77777777" w:rsidR="00A020AB" w:rsidRDefault="00A020AB" w:rsidP="008F3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16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426"/>
      <w:gridCol w:w="472"/>
    </w:tblGrid>
    <w:tr w:rsidR="00AC26BC" w14:paraId="18B97140" w14:textId="77777777" w:rsidTr="00AC26BC">
      <w:trPr>
        <w:jc w:val="right"/>
      </w:trPr>
      <w:tc>
        <w:tcPr>
          <w:tcW w:w="8426" w:type="dxa"/>
          <w:vAlign w:val="center"/>
        </w:tcPr>
        <w:sdt>
          <w:sdtPr>
            <w:rPr>
              <w:caps/>
              <w:color w:val="000000" w:themeColor="text1"/>
              <w:lang w:val="es-PE"/>
            </w:rPr>
            <w:alias w:val="Autor"/>
            <w:tag w:val=""/>
            <w:id w:val="1534539408"/>
            <w:placeholder>
              <w:docPart w:val="2ACBB75B841C4CB3AEDF0D7FE0BD61D5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10153609" w14:textId="5E335834" w:rsidR="00AC26BC" w:rsidRPr="00AC26BC" w:rsidRDefault="00AC26BC">
              <w:pPr>
                <w:pStyle w:val="Encabezado"/>
                <w:jc w:val="right"/>
                <w:rPr>
                  <w:caps/>
                  <w:color w:val="000000" w:themeColor="text1"/>
                  <w:lang w:val="es-PE"/>
                </w:rPr>
              </w:pPr>
              <w:r w:rsidRPr="00AC26BC">
                <w:rPr>
                  <w:caps/>
                  <w:color w:val="000000" w:themeColor="text1"/>
                  <w:lang w:val="es-PE"/>
                </w:rPr>
                <w:t>AUTOR JOSÉ MARÍA PACORI CARI</w:t>
              </w:r>
            </w:p>
          </w:sdtContent>
        </w:sdt>
      </w:tc>
      <w:tc>
        <w:tcPr>
          <w:tcW w:w="472" w:type="dxa"/>
          <w:shd w:val="clear" w:color="auto" w:fill="7F7F7F" w:themeFill="text1" w:themeFillTint="80"/>
          <w:vAlign w:val="center"/>
        </w:tcPr>
        <w:p w14:paraId="18C6ABCC" w14:textId="77777777" w:rsidR="00AC26BC" w:rsidRDefault="00AC26BC">
          <w:pPr>
            <w:pStyle w:val="Piedepgina"/>
            <w:tabs>
              <w:tab w:val="clear" w:pos="4680"/>
              <w:tab w:val="clear" w:pos="9360"/>
            </w:tabs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>PAGE   \* MERGEFORMAT</w:instrText>
          </w:r>
          <w:r>
            <w:rPr>
              <w:color w:val="FFFFFF" w:themeColor="background1"/>
            </w:rPr>
            <w:fldChar w:fldCharType="separate"/>
          </w:r>
          <w:r>
            <w:rPr>
              <w:color w:val="FFFFFF" w:themeColor="background1"/>
              <w:lang w:val="es-MX"/>
            </w:rPr>
            <w:t>2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4D2051AE" w14:textId="77777777" w:rsidR="00AC26BC" w:rsidRDefault="00AC26B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522ED" w14:textId="77777777" w:rsidR="00A020AB" w:rsidRDefault="00A020AB" w:rsidP="008F36A6">
      <w:pPr>
        <w:spacing w:after="0" w:line="240" w:lineRule="auto"/>
      </w:pPr>
      <w:r>
        <w:separator/>
      </w:r>
    </w:p>
  </w:footnote>
  <w:footnote w:type="continuationSeparator" w:id="0">
    <w:p w14:paraId="442F06E4" w14:textId="77777777" w:rsidR="00A020AB" w:rsidRDefault="00A020AB" w:rsidP="008F36A6">
      <w:pPr>
        <w:spacing w:after="0" w:line="240" w:lineRule="auto"/>
      </w:pPr>
      <w:r>
        <w:continuationSeparator/>
      </w:r>
    </w:p>
  </w:footnote>
  <w:footnote w:id="1">
    <w:p w14:paraId="1D2C6173" w14:textId="60779A69" w:rsidR="00EE5F0B" w:rsidRPr="00EE5F0B" w:rsidRDefault="00EE5F0B" w:rsidP="00EE5F0B">
      <w:pPr>
        <w:pStyle w:val="Sinespaciado"/>
        <w:jc w:val="both"/>
        <w:rPr>
          <w:rFonts w:asciiTheme="majorHAnsi" w:hAnsiTheme="majorHAnsi" w:cstheme="majorHAnsi"/>
          <w:sz w:val="16"/>
          <w:szCs w:val="16"/>
          <w:lang w:val="es-PE"/>
        </w:rPr>
      </w:pPr>
      <w:r w:rsidRPr="00EE5F0B">
        <w:rPr>
          <w:rStyle w:val="Refdenotaalpie"/>
          <w:rFonts w:asciiTheme="majorHAnsi" w:hAnsiTheme="majorHAnsi" w:cstheme="majorHAnsi"/>
          <w:sz w:val="16"/>
          <w:szCs w:val="16"/>
          <w:lang w:val="es-PE"/>
        </w:rPr>
        <w:t>*</w:t>
      </w:r>
      <w:r w:rsidRPr="00EE5F0B">
        <w:rPr>
          <w:rFonts w:asciiTheme="majorHAnsi" w:hAnsiTheme="majorHAnsi" w:cstheme="majorHAnsi"/>
          <w:sz w:val="16"/>
          <w:szCs w:val="16"/>
          <w:lang w:val="es-PE"/>
        </w:rPr>
        <w:t xml:space="preserve"> </w:t>
      </w:r>
      <w:r w:rsidRPr="00EE5F0B">
        <w:rPr>
          <w:rFonts w:asciiTheme="majorHAnsi" w:hAnsiTheme="majorHAnsi" w:cstheme="majorHAnsi"/>
          <w:sz w:val="16"/>
          <w:szCs w:val="16"/>
          <w:lang w:val="es-PE"/>
        </w:rPr>
        <w:t>El autor es abogado especialista en Derecho Previsional en el Perú. Contacto: corporacionhiramsl@gmail.com o móvil y WhatsApp (+51) 959666272.</w:t>
      </w:r>
    </w:p>
  </w:footnote>
  <w:footnote w:id="2">
    <w:p w14:paraId="6DC2568B" w14:textId="196E1647" w:rsidR="00941804" w:rsidRPr="00EE5F0B" w:rsidRDefault="00941804" w:rsidP="00EE5F0B">
      <w:pPr>
        <w:pStyle w:val="Textonotapie"/>
        <w:jc w:val="both"/>
        <w:rPr>
          <w:rFonts w:asciiTheme="majorHAnsi" w:hAnsiTheme="majorHAnsi" w:cstheme="majorHAnsi"/>
          <w:sz w:val="16"/>
          <w:szCs w:val="16"/>
          <w:lang w:val="es-PE"/>
        </w:rPr>
      </w:pPr>
      <w:r w:rsidRPr="00EE5F0B">
        <w:rPr>
          <w:rStyle w:val="Refdenotaalpie"/>
          <w:rFonts w:asciiTheme="majorHAnsi" w:hAnsiTheme="majorHAnsi" w:cstheme="majorHAnsi"/>
          <w:sz w:val="16"/>
          <w:szCs w:val="16"/>
        </w:rPr>
        <w:footnoteRef/>
      </w:r>
      <w:r w:rsidRPr="00EE5F0B">
        <w:rPr>
          <w:rFonts w:asciiTheme="majorHAnsi" w:hAnsiTheme="majorHAnsi" w:cstheme="majorHAnsi"/>
          <w:sz w:val="16"/>
          <w:szCs w:val="16"/>
          <w:lang w:val="es-PE"/>
        </w:rPr>
        <w:t xml:space="preserve"> </w:t>
      </w:r>
      <w:r w:rsidR="0001073E" w:rsidRPr="00EE5F0B">
        <w:rPr>
          <w:rFonts w:asciiTheme="majorHAnsi" w:hAnsiTheme="majorHAnsi" w:cstheme="majorHAnsi"/>
          <w:sz w:val="16"/>
          <w:szCs w:val="16"/>
          <w:lang w:val="es-PE"/>
        </w:rPr>
        <w:t>La competencia territorial se determina teniendo en cuenta el artículo 24</w:t>
      </w:r>
      <w:r w:rsidR="00954824" w:rsidRPr="00EE5F0B">
        <w:rPr>
          <w:rFonts w:asciiTheme="majorHAnsi" w:hAnsiTheme="majorHAnsi" w:cstheme="majorHAnsi"/>
          <w:sz w:val="16"/>
          <w:szCs w:val="16"/>
          <w:lang w:val="es-PE"/>
        </w:rPr>
        <w:t>, inciso 3) del Código Procesal Civil que indica “Además del Juez del domicilio del demandado, también es competente, a elección del demandante”: “3. El Juez del domicilio del demandante en las pretensiones alimenticias”.</w:t>
      </w:r>
    </w:p>
  </w:footnote>
  <w:footnote w:id="3">
    <w:p w14:paraId="7903F5FE" w14:textId="53AAC53E" w:rsidR="00157DB7" w:rsidRPr="00EE5F0B" w:rsidRDefault="00157DB7" w:rsidP="00EE5F0B">
      <w:pPr>
        <w:pStyle w:val="Textonotapie"/>
        <w:jc w:val="both"/>
        <w:rPr>
          <w:rFonts w:asciiTheme="majorHAnsi" w:hAnsiTheme="majorHAnsi" w:cstheme="majorHAnsi"/>
          <w:sz w:val="16"/>
          <w:szCs w:val="16"/>
          <w:lang w:val="es-PE"/>
        </w:rPr>
      </w:pPr>
      <w:r w:rsidRPr="00EE5F0B">
        <w:rPr>
          <w:rStyle w:val="Refdenotaalpie"/>
          <w:rFonts w:asciiTheme="majorHAnsi" w:hAnsiTheme="majorHAnsi" w:cstheme="majorHAnsi"/>
          <w:sz w:val="16"/>
          <w:szCs w:val="16"/>
        </w:rPr>
        <w:footnoteRef/>
      </w:r>
      <w:r w:rsidRPr="00EE5F0B">
        <w:rPr>
          <w:rFonts w:asciiTheme="majorHAnsi" w:hAnsiTheme="majorHAnsi" w:cstheme="majorHAnsi"/>
          <w:sz w:val="16"/>
          <w:szCs w:val="16"/>
          <w:lang w:val="es-PE"/>
        </w:rPr>
        <w:t xml:space="preserve"> Si son más hijos o hijas también se les puede demandar para que sean obligados solidarios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7FDA9" w14:textId="77777777" w:rsidR="008F36A6" w:rsidRPr="008F36A6" w:rsidRDefault="008F36A6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b/>
        <w:color w:val="000000"/>
        <w:sz w:val="34"/>
        <w:szCs w:val="34"/>
        <w:lang w:val="es-PE"/>
      </w:rPr>
    </w:pPr>
    <w:r w:rsidRPr="008F36A6">
      <w:rPr>
        <w:b/>
        <w:color w:val="000000"/>
        <w:sz w:val="34"/>
        <w:szCs w:val="34"/>
        <w:lang w:val="es-PE"/>
      </w:rPr>
      <w:t>Estudio Jurídico</w:t>
    </w:r>
  </w:p>
  <w:p w14:paraId="1BBB340F" w14:textId="77777777" w:rsidR="008F36A6" w:rsidRPr="008F36A6" w:rsidRDefault="008F36A6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b/>
        <w:color w:val="000000"/>
        <w:sz w:val="34"/>
        <w:szCs w:val="34"/>
        <w:lang w:val="es-PE"/>
      </w:rPr>
    </w:pPr>
    <w:r w:rsidRPr="008F36A6">
      <w:rPr>
        <w:noProof/>
        <w:color w:val="000000"/>
        <w:sz w:val="34"/>
        <w:szCs w:val="34"/>
        <w:lang w:val="es-PE"/>
      </w:rPr>
      <w:drawing>
        <wp:anchor distT="0" distB="0" distL="114300" distR="114300" simplePos="0" relativeHeight="251659264" behindDoc="0" locked="0" layoutInCell="1" hidden="0" allowOverlap="1" wp14:anchorId="43F0E914" wp14:editId="0C2A6BAD">
          <wp:simplePos x="0" y="0"/>
          <wp:positionH relativeFrom="margin">
            <wp:posOffset>-12283</wp:posOffset>
          </wp:positionH>
          <wp:positionV relativeFrom="margin">
            <wp:posOffset>-967411</wp:posOffset>
          </wp:positionV>
          <wp:extent cx="696595" cy="690880"/>
          <wp:effectExtent l="0" t="0" r="0" b="0"/>
          <wp:wrapSquare wrapText="bothSides" distT="0" distB="0" distL="114300" distR="114300"/>
          <wp:docPr id="693009603" name="image10.png" descr="simbolo-masonic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 descr="simbolo-masonic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6595" cy="690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8F36A6">
      <w:rPr>
        <w:b/>
        <w:color w:val="000000"/>
        <w:sz w:val="34"/>
        <w:szCs w:val="34"/>
        <w:lang w:val="es-PE"/>
      </w:rPr>
      <w:t>CORPORACIÓN HIRAM SERVICIOS LEGALES</w:t>
    </w:r>
  </w:p>
  <w:p w14:paraId="77C8D9FE" w14:textId="77777777" w:rsidR="008F36A6" w:rsidRPr="008F36A6" w:rsidRDefault="008F36A6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6"/>
        <w:szCs w:val="26"/>
        <w:lang w:val="es-PE"/>
      </w:rPr>
    </w:pPr>
    <w:r w:rsidRPr="008F36A6">
      <w:rPr>
        <w:color w:val="000000"/>
        <w:sz w:val="26"/>
        <w:szCs w:val="26"/>
        <w:lang w:val="es-PE"/>
      </w:rPr>
      <w:t>corporacionhiramservicioslegales.com</w:t>
    </w:r>
  </w:p>
  <w:p w14:paraId="6F5FEE77" w14:textId="77777777" w:rsidR="008F36A6" w:rsidRPr="008F36A6" w:rsidRDefault="008F36A6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4"/>
        <w:szCs w:val="24"/>
        <w:lang w:val="es-PE"/>
      </w:rPr>
    </w:pPr>
    <w:r w:rsidRPr="008F36A6">
      <w:rPr>
        <w:color w:val="000000"/>
        <w:sz w:val="24"/>
        <w:szCs w:val="24"/>
        <w:lang w:val="es-PE"/>
      </w:rPr>
      <w:t>Abogado José María Pacori Cari</w:t>
    </w:r>
  </w:p>
  <w:p w14:paraId="4E4C3B8C" w14:textId="77777777" w:rsidR="008F36A6" w:rsidRPr="008F36A6" w:rsidRDefault="008F36A6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0"/>
        <w:szCs w:val="20"/>
        <w:lang w:val="es-PE"/>
      </w:rPr>
    </w:pPr>
    <w:r w:rsidRPr="008F36A6">
      <w:rPr>
        <w:color w:val="000000"/>
        <w:sz w:val="20"/>
        <w:szCs w:val="20"/>
        <w:lang w:val="es-PE"/>
      </w:rPr>
      <w:t>Teléfono y WhatsApp 959666272</w:t>
    </w:r>
  </w:p>
  <w:p w14:paraId="610777D1" w14:textId="4E72B83F" w:rsidR="008F36A6" w:rsidRPr="008F36A6" w:rsidRDefault="008F36A6" w:rsidP="008F36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lang w:val="es-PE"/>
      </w:rPr>
    </w:pPr>
    <w:r w:rsidRPr="008F36A6">
      <w:rPr>
        <w:color w:val="000000"/>
        <w:sz w:val="40"/>
        <w:szCs w:val="40"/>
        <w:lang w:val="es-PE"/>
      </w:rPr>
      <w:t>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078414">
    <w:abstractNumId w:val="8"/>
  </w:num>
  <w:num w:numId="2" w16cid:durableId="1292981980">
    <w:abstractNumId w:val="6"/>
  </w:num>
  <w:num w:numId="3" w16cid:durableId="1886794140">
    <w:abstractNumId w:val="5"/>
  </w:num>
  <w:num w:numId="4" w16cid:durableId="76633444">
    <w:abstractNumId w:val="4"/>
  </w:num>
  <w:num w:numId="5" w16cid:durableId="912009672">
    <w:abstractNumId w:val="7"/>
  </w:num>
  <w:num w:numId="6" w16cid:durableId="767386408">
    <w:abstractNumId w:val="3"/>
  </w:num>
  <w:num w:numId="7" w16cid:durableId="108401839">
    <w:abstractNumId w:val="2"/>
  </w:num>
  <w:num w:numId="8" w16cid:durableId="699018267">
    <w:abstractNumId w:val="1"/>
  </w:num>
  <w:num w:numId="9" w16cid:durableId="283654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73E"/>
    <w:rsid w:val="00034616"/>
    <w:rsid w:val="0005551E"/>
    <w:rsid w:val="0006063C"/>
    <w:rsid w:val="000866D1"/>
    <w:rsid w:val="0015074B"/>
    <w:rsid w:val="00154890"/>
    <w:rsid w:val="00157DB7"/>
    <w:rsid w:val="001645FA"/>
    <w:rsid w:val="00171D8D"/>
    <w:rsid w:val="001855CF"/>
    <w:rsid w:val="00192726"/>
    <w:rsid w:val="002107F3"/>
    <w:rsid w:val="00231800"/>
    <w:rsid w:val="0029639D"/>
    <w:rsid w:val="002C68AC"/>
    <w:rsid w:val="00313E59"/>
    <w:rsid w:val="00326F90"/>
    <w:rsid w:val="003A00A5"/>
    <w:rsid w:val="00436563"/>
    <w:rsid w:val="00454286"/>
    <w:rsid w:val="00497EB1"/>
    <w:rsid w:val="004A2E47"/>
    <w:rsid w:val="0054403B"/>
    <w:rsid w:val="00565F40"/>
    <w:rsid w:val="00577EDF"/>
    <w:rsid w:val="00581139"/>
    <w:rsid w:val="00597436"/>
    <w:rsid w:val="005F3006"/>
    <w:rsid w:val="005F36F9"/>
    <w:rsid w:val="00607E8A"/>
    <w:rsid w:val="00667105"/>
    <w:rsid w:val="006836A8"/>
    <w:rsid w:val="006F7B6F"/>
    <w:rsid w:val="007D2291"/>
    <w:rsid w:val="008158B9"/>
    <w:rsid w:val="008D6BA2"/>
    <w:rsid w:val="008E61BD"/>
    <w:rsid w:val="008F36A6"/>
    <w:rsid w:val="008F447D"/>
    <w:rsid w:val="008F59DA"/>
    <w:rsid w:val="00920F28"/>
    <w:rsid w:val="00941804"/>
    <w:rsid w:val="00954824"/>
    <w:rsid w:val="009E3C01"/>
    <w:rsid w:val="00A020AB"/>
    <w:rsid w:val="00A20365"/>
    <w:rsid w:val="00A3451F"/>
    <w:rsid w:val="00AA1D8D"/>
    <w:rsid w:val="00AC26BC"/>
    <w:rsid w:val="00B0094F"/>
    <w:rsid w:val="00B47730"/>
    <w:rsid w:val="00B57EA6"/>
    <w:rsid w:val="00BE7808"/>
    <w:rsid w:val="00C03365"/>
    <w:rsid w:val="00C95D4E"/>
    <w:rsid w:val="00CA4E18"/>
    <w:rsid w:val="00CB0664"/>
    <w:rsid w:val="00D01A57"/>
    <w:rsid w:val="00D16BEE"/>
    <w:rsid w:val="00D9085D"/>
    <w:rsid w:val="00DD0638"/>
    <w:rsid w:val="00DF3F8A"/>
    <w:rsid w:val="00E26705"/>
    <w:rsid w:val="00E762C3"/>
    <w:rsid w:val="00EA1D81"/>
    <w:rsid w:val="00EB4C77"/>
    <w:rsid w:val="00ED385A"/>
    <w:rsid w:val="00ED726D"/>
    <w:rsid w:val="00EE5F0B"/>
    <w:rsid w:val="00F01F72"/>
    <w:rsid w:val="00F057D1"/>
    <w:rsid w:val="00FC693F"/>
    <w:rsid w:val="00FF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85BD60E"/>
  <w14:defaultImageDpi w14:val="300"/>
  <w15:docId w15:val="{98B679C8-8DCC-48B4-A164-EA1BD4C4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link w:val="SinespaciadoCar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notapie">
    <w:name w:val="footnote text"/>
    <w:basedOn w:val="Normal"/>
    <w:link w:val="TextonotapieCar"/>
    <w:uiPriority w:val="99"/>
    <w:unhideWhenUsed/>
    <w:rsid w:val="0094180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41804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4180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954824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954824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54824"/>
    <w:rPr>
      <w:color w:val="605E5C"/>
      <w:shd w:val="clear" w:color="auto" w:fill="E1DFDD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EE5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9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CBB75B841C4CB3AEDF0D7FE0BD61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7CD28-803C-49A4-A771-25ABE9C236AF}"/>
      </w:docPartPr>
      <w:docPartBody>
        <w:p w:rsidR="00FB2969" w:rsidRDefault="00FB2969" w:rsidP="00FB2969">
          <w:pPr>
            <w:pStyle w:val="2ACBB75B841C4CB3AEDF0D7FE0BD61D5"/>
          </w:pPr>
          <w:r>
            <w:rPr>
              <w:caps/>
              <w:color w:val="FFFFFF" w:themeColor="background1"/>
              <w:lang w:val="es-MX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969"/>
    <w:rsid w:val="005F36F9"/>
    <w:rsid w:val="00E762C3"/>
    <w:rsid w:val="00FB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P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2ACBB75B841C4CB3AEDF0D7FE0BD61D5">
    <w:name w:val="2ACBB75B841C4CB3AEDF0D7FE0BD61D5"/>
    <w:rsid w:val="00FB29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883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 JOSÉ MARÍA PACORI CARI</dc:creator>
  <cp:keywords/>
  <dc:description>generated by python-docx</dc:description>
  <cp:lastModifiedBy>Corporación Hiram Servicios legales</cp:lastModifiedBy>
  <cp:revision>62</cp:revision>
  <dcterms:created xsi:type="dcterms:W3CDTF">2025-05-28T05:14:00Z</dcterms:created>
  <dcterms:modified xsi:type="dcterms:W3CDTF">2025-05-28T19:25:00Z</dcterms:modified>
  <cp:category/>
</cp:coreProperties>
</file>